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70275" w14:textId="77777777" w:rsidR="00D02968" w:rsidRPr="00703AD8" w:rsidRDefault="00703AD8">
      <w:pPr>
        <w:jc w:val="center"/>
        <w:rPr>
          <w:sz w:val="24"/>
          <w:szCs w:val="24"/>
          <w:u w:val="single"/>
        </w:rPr>
      </w:pPr>
      <w:r w:rsidRPr="00703AD8">
        <w:rPr>
          <w:b/>
          <w:sz w:val="24"/>
          <w:szCs w:val="24"/>
          <w:u w:val="single"/>
        </w:rPr>
        <w:t>ŽÁDOST O UVOLNĚNÍ ŽÁKA / ŽÁKYNĚ Z VYUČOVÁNÍ</w:t>
      </w:r>
    </w:p>
    <w:p w14:paraId="15C60AAA" w14:textId="77777777" w:rsidR="00D02968" w:rsidRDefault="00703AD8">
      <w:pPr>
        <w:jc w:val="center"/>
      </w:pPr>
      <w:r>
        <w:rPr>
          <w:b/>
          <w:sz w:val="22"/>
        </w:rPr>
        <w:t>2. stupeň ZŠ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D02968" w14:paraId="7B5E9976" w14:textId="77777777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6993CC29" w14:textId="77777777" w:rsidR="00D02968" w:rsidRDefault="00703AD8">
            <w:pPr>
              <w:spacing w:after="0"/>
            </w:pPr>
            <w:r>
              <w:rPr>
                <w:b/>
              </w:rPr>
              <w:t>Jméno a příjmení žáka/žákyně: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60C27C5" w14:textId="77777777" w:rsidR="00D02968" w:rsidRDefault="00703AD8">
            <w:pPr>
              <w:spacing w:after="0"/>
            </w:pPr>
            <w:r>
              <w:t>________________________________________________</w:t>
            </w:r>
          </w:p>
        </w:tc>
      </w:tr>
      <w:tr w:rsidR="00D02968" w14:paraId="25CD0856" w14:textId="77777777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77324F75" w14:textId="77777777" w:rsidR="00D02968" w:rsidRDefault="00703AD8">
            <w:pPr>
              <w:spacing w:after="0"/>
            </w:pPr>
            <w:r>
              <w:rPr>
                <w:b/>
              </w:rPr>
              <w:t>Třída: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01F24A0" w14:textId="77777777" w:rsidR="00D02968" w:rsidRDefault="00703AD8">
            <w:pPr>
              <w:spacing w:after="0"/>
            </w:pPr>
            <w:r>
              <w:t>______________</w:t>
            </w:r>
          </w:p>
        </w:tc>
      </w:tr>
      <w:tr w:rsidR="00D02968" w14:paraId="7DC31304" w14:textId="77777777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45C58889" w14:textId="77777777" w:rsidR="00D02968" w:rsidRDefault="00703AD8">
            <w:pPr>
              <w:spacing w:after="0"/>
            </w:pPr>
            <w:r>
              <w:rPr>
                <w:b/>
              </w:rPr>
              <w:t>Datum: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613B993" w14:textId="77777777" w:rsidR="00D02968" w:rsidRDefault="00703AD8">
            <w:pPr>
              <w:spacing w:after="0"/>
            </w:pPr>
            <w:r>
              <w:t>____________________________</w:t>
            </w:r>
          </w:p>
        </w:tc>
      </w:tr>
      <w:tr w:rsidR="00D02968" w14:paraId="63A881F6" w14:textId="77777777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3FBD7FC2" w14:textId="77777777" w:rsidR="00D02968" w:rsidRDefault="00703AD8">
            <w:pPr>
              <w:spacing w:after="0"/>
            </w:pPr>
            <w:r>
              <w:rPr>
                <w:b/>
              </w:rPr>
              <w:t>Žádám o uvolnění z vyučování dne: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3DB0054" w14:textId="77777777" w:rsidR="00D02968" w:rsidRDefault="00703AD8">
            <w:pPr>
              <w:spacing w:after="0"/>
            </w:pPr>
            <w:r>
              <w:t>____________________________</w:t>
            </w:r>
          </w:p>
        </w:tc>
      </w:tr>
      <w:tr w:rsidR="00D02968" w14:paraId="464D2507" w14:textId="77777777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528EA657" w14:textId="77777777" w:rsidR="00D02968" w:rsidRDefault="00703AD8">
            <w:pPr>
              <w:spacing w:after="0"/>
            </w:pPr>
            <w:r>
              <w:rPr>
                <w:b/>
              </w:rPr>
              <w:t>Od – do: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59027A1" w14:textId="77777777" w:rsidR="00D02968" w:rsidRDefault="00703AD8">
            <w:pPr>
              <w:spacing w:after="0"/>
            </w:pPr>
            <w:r>
              <w:t>____________ hod. – ____________ hod.</w:t>
            </w:r>
          </w:p>
        </w:tc>
      </w:tr>
      <w:tr w:rsidR="00D02968" w14:paraId="21E3556F" w14:textId="77777777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189259B5" w14:textId="77777777" w:rsidR="00D02968" w:rsidRDefault="00703AD8">
            <w:pPr>
              <w:spacing w:after="0"/>
            </w:pPr>
            <w:r>
              <w:rPr>
                <w:b/>
              </w:rPr>
              <w:t>Důvod uvolnění: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1883844" w14:textId="77777777" w:rsidR="00D02968" w:rsidRDefault="00703AD8">
            <w:pPr>
              <w:spacing w:after="0"/>
            </w:pPr>
            <w:r>
              <w:t>________________________________________________</w:t>
            </w:r>
          </w:p>
        </w:tc>
      </w:tr>
    </w:tbl>
    <w:p w14:paraId="295136CD" w14:textId="77777777" w:rsidR="00D02968" w:rsidRDefault="00D02968"/>
    <w:p w14:paraId="2BB02825" w14:textId="77777777" w:rsidR="00D02968" w:rsidRDefault="00703AD8">
      <w:r>
        <w:rPr>
          <w:b/>
        </w:rPr>
        <w:t>Způsob odchodu žáka/žákyně:</w:t>
      </w:r>
    </w:p>
    <w:p w14:paraId="2000ECD5" w14:textId="77777777" w:rsidR="00D02968" w:rsidRDefault="00703AD8">
      <w:r>
        <w:t>☐</w:t>
      </w:r>
      <w:r>
        <w:t xml:space="preserve">  žák/žákyně odchází samostatně     ☐  vyzvedne zákonný zástupce     ☐  jiná </w:t>
      </w:r>
      <w:r>
        <w:t>osoba: __________________</w:t>
      </w:r>
    </w:p>
    <w:p w14:paraId="5E8A759A" w14:textId="77777777" w:rsidR="00D02968" w:rsidRDefault="00703AD8">
      <w:r>
        <w:rPr>
          <w:b/>
        </w:rPr>
        <w:t>PROHLÁŠENÍ ZÁKONNÉHO ZÁSTUPCE</w:t>
      </w:r>
    </w:p>
    <w:p w14:paraId="00CE8711" w14:textId="77777777" w:rsidR="00D02968" w:rsidRDefault="00703AD8">
      <w:pPr>
        <w:spacing w:after="80"/>
      </w:pPr>
      <w:r>
        <w:t>Svým podpisem potvrzuji, že žádám o uvolnění svého dítěte z vyučování. Beru na vědomí, že v případě odchodu žáka/žákyně ze školy během vyučování přebírám od okamžiku jeho/jejího odchodu ze školy odpov</w:t>
      </w:r>
      <w:r>
        <w:t>ědnost za jeho/její bezpečnost a dohled.</w:t>
      </w:r>
    </w:p>
    <w:p w14:paraId="0E203CCB" w14:textId="77777777" w:rsidR="00D02968" w:rsidRDefault="00703AD8">
      <w:pPr>
        <w:spacing w:after="80"/>
      </w:pPr>
      <w:r>
        <w:t>Potvrzuji, že jsem seznámen/a s podmínkami uvolňování žáků z vyučování stanovenými školním řádem.</w:t>
      </w:r>
    </w:p>
    <w:p w14:paraId="05C8F245" w14:textId="77777777" w:rsidR="00D02968" w:rsidRDefault="00703AD8">
      <w:r>
        <w:rPr>
          <w:b/>
        </w:rPr>
        <w:t xml:space="preserve">Podpis zákonného zástupce: </w:t>
      </w:r>
      <w:r>
        <w:t>________________________________________</w:t>
      </w:r>
    </w:p>
    <w:p w14:paraId="0902FABA" w14:textId="6044ECF5" w:rsidR="00D02968" w:rsidRDefault="00D02968"/>
    <w:p w14:paraId="3CF67080" w14:textId="77777777" w:rsidR="00703AD8" w:rsidRPr="00703AD8" w:rsidRDefault="00703AD8" w:rsidP="00703AD8">
      <w:pPr>
        <w:jc w:val="center"/>
        <w:rPr>
          <w:sz w:val="24"/>
          <w:szCs w:val="24"/>
          <w:u w:val="single"/>
        </w:rPr>
      </w:pPr>
      <w:r w:rsidRPr="00703AD8">
        <w:rPr>
          <w:b/>
          <w:sz w:val="24"/>
          <w:szCs w:val="24"/>
          <w:u w:val="single"/>
        </w:rPr>
        <w:t>ŽÁDOST O UVOLNĚNÍ ŽÁKA / ŽÁKYNĚ Z VYUČOVÁNÍ</w:t>
      </w:r>
    </w:p>
    <w:p w14:paraId="5546C2AE" w14:textId="77777777" w:rsidR="00703AD8" w:rsidRDefault="00703AD8" w:rsidP="00703AD8">
      <w:pPr>
        <w:jc w:val="center"/>
      </w:pPr>
      <w:r>
        <w:rPr>
          <w:b/>
          <w:sz w:val="22"/>
        </w:rPr>
        <w:t xml:space="preserve">2. </w:t>
      </w:r>
      <w:proofErr w:type="spellStart"/>
      <w:r>
        <w:rPr>
          <w:b/>
          <w:sz w:val="22"/>
        </w:rPr>
        <w:t>stupeň</w:t>
      </w:r>
      <w:proofErr w:type="spellEnd"/>
      <w:r>
        <w:rPr>
          <w:b/>
          <w:sz w:val="22"/>
        </w:rPr>
        <w:t xml:space="preserve"> ZŠ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703AD8" w14:paraId="0B6B0949" w14:textId="77777777" w:rsidTr="00424623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16A7616F" w14:textId="77777777" w:rsidR="00703AD8" w:rsidRDefault="00703AD8" w:rsidP="00424623">
            <w:pPr>
              <w:spacing w:after="0"/>
            </w:pPr>
            <w:proofErr w:type="spellStart"/>
            <w:r>
              <w:rPr>
                <w:b/>
              </w:rPr>
              <w:t>Jméno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příjmení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žáka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žákyně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E519918" w14:textId="77777777" w:rsidR="00703AD8" w:rsidRDefault="00703AD8" w:rsidP="00424623">
            <w:pPr>
              <w:spacing w:after="0"/>
            </w:pPr>
            <w:r>
              <w:t>________________________________________________</w:t>
            </w:r>
          </w:p>
        </w:tc>
      </w:tr>
      <w:tr w:rsidR="00703AD8" w14:paraId="67E44E0E" w14:textId="77777777" w:rsidTr="00424623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244FE7A6" w14:textId="77777777" w:rsidR="00703AD8" w:rsidRDefault="00703AD8" w:rsidP="00424623">
            <w:pPr>
              <w:spacing w:after="0"/>
            </w:pPr>
            <w:proofErr w:type="spellStart"/>
            <w:r>
              <w:rPr>
                <w:b/>
              </w:rPr>
              <w:t>Třída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87692A3" w14:textId="77777777" w:rsidR="00703AD8" w:rsidRDefault="00703AD8" w:rsidP="00424623">
            <w:pPr>
              <w:spacing w:after="0"/>
            </w:pPr>
            <w:r>
              <w:t>______________</w:t>
            </w:r>
          </w:p>
        </w:tc>
      </w:tr>
      <w:tr w:rsidR="00703AD8" w14:paraId="2F9338C4" w14:textId="77777777" w:rsidTr="00424623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3C935CEE" w14:textId="77777777" w:rsidR="00703AD8" w:rsidRDefault="00703AD8" w:rsidP="00424623">
            <w:pPr>
              <w:spacing w:after="0"/>
            </w:pPr>
            <w:r>
              <w:rPr>
                <w:b/>
              </w:rPr>
              <w:t>Datum: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7C60FB3C" w14:textId="77777777" w:rsidR="00703AD8" w:rsidRDefault="00703AD8" w:rsidP="00424623">
            <w:pPr>
              <w:spacing w:after="0"/>
            </w:pPr>
            <w:r>
              <w:t>____________________________</w:t>
            </w:r>
          </w:p>
        </w:tc>
      </w:tr>
      <w:tr w:rsidR="00703AD8" w14:paraId="5C024C6F" w14:textId="77777777" w:rsidTr="00424623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3DF5765E" w14:textId="77777777" w:rsidR="00703AD8" w:rsidRDefault="00703AD8" w:rsidP="00424623">
            <w:pPr>
              <w:spacing w:after="0"/>
            </w:pPr>
            <w:proofErr w:type="spellStart"/>
            <w:r>
              <w:rPr>
                <w:b/>
              </w:rPr>
              <w:t>Žádám</w:t>
            </w:r>
            <w:proofErr w:type="spellEnd"/>
            <w:r>
              <w:rPr>
                <w:b/>
              </w:rPr>
              <w:t xml:space="preserve"> o </w:t>
            </w:r>
            <w:proofErr w:type="spellStart"/>
            <w:r>
              <w:rPr>
                <w:b/>
              </w:rPr>
              <w:t>uvolnění</w:t>
            </w:r>
            <w:proofErr w:type="spellEnd"/>
            <w:r>
              <w:rPr>
                <w:b/>
              </w:rPr>
              <w:t xml:space="preserve"> z </w:t>
            </w:r>
            <w:proofErr w:type="spellStart"/>
            <w:r>
              <w:rPr>
                <w:b/>
              </w:rPr>
              <w:t>vyučování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dne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0CCAD2B6" w14:textId="77777777" w:rsidR="00703AD8" w:rsidRDefault="00703AD8" w:rsidP="00424623">
            <w:pPr>
              <w:spacing w:after="0"/>
            </w:pPr>
            <w:r>
              <w:t>____________________________</w:t>
            </w:r>
          </w:p>
        </w:tc>
      </w:tr>
      <w:tr w:rsidR="00703AD8" w14:paraId="427C457F" w14:textId="77777777" w:rsidTr="00424623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5F3B20A1" w14:textId="77777777" w:rsidR="00703AD8" w:rsidRDefault="00703AD8" w:rsidP="00424623">
            <w:pPr>
              <w:spacing w:after="0"/>
            </w:pPr>
            <w:r>
              <w:rPr>
                <w:b/>
              </w:rPr>
              <w:t>Od – do: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7A5FA650" w14:textId="77777777" w:rsidR="00703AD8" w:rsidRDefault="00703AD8" w:rsidP="00424623">
            <w:pPr>
              <w:spacing w:after="0"/>
            </w:pPr>
            <w:r>
              <w:t xml:space="preserve">____________ </w:t>
            </w:r>
            <w:proofErr w:type="spellStart"/>
            <w:r>
              <w:t>hod</w:t>
            </w:r>
            <w:proofErr w:type="spellEnd"/>
            <w:r>
              <w:t xml:space="preserve">. – ____________ </w:t>
            </w:r>
            <w:proofErr w:type="spellStart"/>
            <w:r>
              <w:t>hod</w:t>
            </w:r>
            <w:proofErr w:type="spellEnd"/>
            <w:r>
              <w:t>.</w:t>
            </w:r>
          </w:p>
        </w:tc>
      </w:tr>
      <w:tr w:rsidR="00703AD8" w14:paraId="550C8818" w14:textId="77777777" w:rsidTr="00424623">
        <w:trPr>
          <w:jc w:val="center"/>
        </w:trPr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DEDED"/>
            <w:vAlign w:val="center"/>
          </w:tcPr>
          <w:p w14:paraId="3482EB7C" w14:textId="77777777" w:rsidR="00703AD8" w:rsidRDefault="00703AD8" w:rsidP="00424623">
            <w:pPr>
              <w:spacing w:after="0"/>
            </w:pPr>
            <w:proofErr w:type="spellStart"/>
            <w:r>
              <w:rPr>
                <w:b/>
              </w:rPr>
              <w:t>Důvod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uvolnění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68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D90BF6D" w14:textId="77777777" w:rsidR="00703AD8" w:rsidRDefault="00703AD8" w:rsidP="00424623">
            <w:pPr>
              <w:spacing w:after="0"/>
            </w:pPr>
            <w:r>
              <w:t>________________________________________________</w:t>
            </w:r>
          </w:p>
        </w:tc>
      </w:tr>
    </w:tbl>
    <w:p w14:paraId="5CCDF634" w14:textId="77777777" w:rsidR="00703AD8" w:rsidRDefault="00703AD8" w:rsidP="00703AD8"/>
    <w:p w14:paraId="646B21E6" w14:textId="77777777" w:rsidR="00703AD8" w:rsidRDefault="00703AD8" w:rsidP="00703AD8">
      <w:proofErr w:type="spellStart"/>
      <w:r>
        <w:rPr>
          <w:b/>
        </w:rPr>
        <w:t>Způsob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odchodu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žáka</w:t>
      </w:r>
      <w:proofErr w:type="spellEnd"/>
      <w:r>
        <w:rPr>
          <w:b/>
        </w:rPr>
        <w:t>/</w:t>
      </w:r>
      <w:proofErr w:type="spellStart"/>
      <w:r>
        <w:rPr>
          <w:b/>
        </w:rPr>
        <w:t>žákyně</w:t>
      </w:r>
      <w:proofErr w:type="spellEnd"/>
      <w:r>
        <w:rPr>
          <w:b/>
        </w:rPr>
        <w:t>:</w:t>
      </w:r>
    </w:p>
    <w:p w14:paraId="7D005BCD" w14:textId="77777777" w:rsidR="00703AD8" w:rsidRDefault="00703AD8" w:rsidP="00703AD8">
      <w:proofErr w:type="gramStart"/>
      <w:r>
        <w:rPr>
          <w:rFonts w:ascii="Segoe UI Symbol" w:hAnsi="Segoe UI Symbol" w:cs="Segoe UI Symbol"/>
        </w:rPr>
        <w:t>☐</w:t>
      </w:r>
      <w:r>
        <w:t xml:space="preserve">  </w:t>
      </w:r>
      <w:proofErr w:type="spellStart"/>
      <w:r>
        <w:t>žák</w:t>
      </w:r>
      <w:proofErr w:type="spellEnd"/>
      <w:proofErr w:type="gramEnd"/>
      <w:r>
        <w:t>/</w:t>
      </w:r>
      <w:proofErr w:type="spellStart"/>
      <w:r>
        <w:t>žákyně</w:t>
      </w:r>
      <w:proofErr w:type="spellEnd"/>
      <w:r>
        <w:t xml:space="preserve"> </w:t>
      </w:r>
      <w:proofErr w:type="spellStart"/>
      <w:r>
        <w:t>odchází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 xml:space="preserve">     </w:t>
      </w:r>
      <w:r>
        <w:rPr>
          <w:rFonts w:ascii="Segoe UI Symbol" w:hAnsi="Segoe UI Symbol" w:cs="Segoe UI Symbol"/>
        </w:rPr>
        <w:t>☐</w:t>
      </w:r>
      <w:r>
        <w:t xml:space="preserve">  </w:t>
      </w:r>
      <w:proofErr w:type="spellStart"/>
      <w:r>
        <w:t>vyzvedne</w:t>
      </w:r>
      <w:proofErr w:type="spellEnd"/>
      <w:r>
        <w:t xml:space="preserve"> </w:t>
      </w:r>
      <w:proofErr w:type="spellStart"/>
      <w:r>
        <w:t>z</w:t>
      </w:r>
      <w:r>
        <w:rPr>
          <w:rFonts w:cs="Arial"/>
        </w:rPr>
        <w:t>á</w:t>
      </w:r>
      <w:r>
        <w:t>konn</w:t>
      </w:r>
      <w:r>
        <w:rPr>
          <w:rFonts w:cs="Arial"/>
        </w:rPr>
        <w:t>ý</w:t>
      </w:r>
      <w:proofErr w:type="spellEnd"/>
      <w:r>
        <w:t xml:space="preserve"> </w:t>
      </w:r>
      <w:proofErr w:type="spellStart"/>
      <w:r>
        <w:t>z</w:t>
      </w:r>
      <w:r>
        <w:rPr>
          <w:rFonts w:cs="Arial"/>
        </w:rPr>
        <w:t>á</w:t>
      </w:r>
      <w:r>
        <w:t>stupce</w:t>
      </w:r>
      <w:proofErr w:type="spellEnd"/>
      <w:r>
        <w:t xml:space="preserve">     </w:t>
      </w:r>
      <w:r>
        <w:rPr>
          <w:rFonts w:ascii="Segoe UI Symbol" w:hAnsi="Segoe UI Symbol" w:cs="Segoe UI Symbol"/>
        </w:rPr>
        <w:t>☐</w:t>
      </w:r>
      <w:r>
        <w:t xml:space="preserve">  </w:t>
      </w:r>
      <w:proofErr w:type="spellStart"/>
      <w:r>
        <w:t>jin</w:t>
      </w:r>
      <w:r>
        <w:rPr>
          <w:rFonts w:cs="Arial"/>
        </w:rPr>
        <w:t>á</w:t>
      </w:r>
      <w:proofErr w:type="spellEnd"/>
      <w:r>
        <w:t xml:space="preserve"> </w:t>
      </w:r>
      <w:proofErr w:type="spellStart"/>
      <w:r>
        <w:t>osoba</w:t>
      </w:r>
      <w:proofErr w:type="spellEnd"/>
      <w:r>
        <w:t>: __________________</w:t>
      </w:r>
    </w:p>
    <w:p w14:paraId="11CED338" w14:textId="77777777" w:rsidR="00703AD8" w:rsidRDefault="00703AD8" w:rsidP="00703AD8">
      <w:r>
        <w:rPr>
          <w:b/>
        </w:rPr>
        <w:t>PROHLÁŠENÍ ZÁKONNÉHO ZÁSTUPCE</w:t>
      </w:r>
    </w:p>
    <w:p w14:paraId="4689B5AE" w14:textId="77777777" w:rsidR="00703AD8" w:rsidRDefault="00703AD8" w:rsidP="00703AD8">
      <w:pPr>
        <w:spacing w:after="80"/>
      </w:pPr>
      <w:proofErr w:type="spellStart"/>
      <w:r>
        <w:t>Svým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potvrzuji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žádám</w:t>
      </w:r>
      <w:proofErr w:type="spellEnd"/>
      <w:r>
        <w:t xml:space="preserve"> o </w:t>
      </w:r>
      <w:proofErr w:type="spellStart"/>
      <w:r>
        <w:t>uvolnění</w:t>
      </w:r>
      <w:proofErr w:type="spellEnd"/>
      <w:r>
        <w:t xml:space="preserve"> </w:t>
      </w:r>
      <w:proofErr w:type="spellStart"/>
      <w:r>
        <w:t>svého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z </w:t>
      </w:r>
      <w:proofErr w:type="spellStart"/>
      <w:r>
        <w:t>vyučování</w:t>
      </w:r>
      <w:proofErr w:type="spellEnd"/>
      <w:r>
        <w:t xml:space="preserve">. </w:t>
      </w:r>
      <w:proofErr w:type="spellStart"/>
      <w:r>
        <w:t>Beru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odchodu</w:t>
      </w:r>
      <w:proofErr w:type="spellEnd"/>
      <w:r>
        <w:t xml:space="preserve"> </w:t>
      </w:r>
      <w:proofErr w:type="spellStart"/>
      <w:r>
        <w:t>žáka</w:t>
      </w:r>
      <w:proofErr w:type="spellEnd"/>
      <w:r>
        <w:t>/</w:t>
      </w:r>
      <w:proofErr w:type="spellStart"/>
      <w:r>
        <w:t>žákyně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</w:t>
      </w:r>
      <w:proofErr w:type="spellStart"/>
      <w:r>
        <w:t>vyučování</w:t>
      </w:r>
      <w:proofErr w:type="spellEnd"/>
      <w:r>
        <w:t xml:space="preserve"> </w:t>
      </w:r>
      <w:proofErr w:type="spellStart"/>
      <w:r>
        <w:t>přebírám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okamžiku</w:t>
      </w:r>
      <w:proofErr w:type="spellEnd"/>
      <w:r>
        <w:t xml:space="preserve"> </w:t>
      </w:r>
      <w:proofErr w:type="spellStart"/>
      <w:r>
        <w:t>jeho</w:t>
      </w:r>
      <w:proofErr w:type="spellEnd"/>
      <w:r>
        <w:t>/</w:t>
      </w:r>
      <w:proofErr w:type="spellStart"/>
      <w:r>
        <w:t>jejího</w:t>
      </w:r>
      <w:proofErr w:type="spellEnd"/>
      <w:r>
        <w:t xml:space="preserve"> </w:t>
      </w:r>
      <w:proofErr w:type="spellStart"/>
      <w:r>
        <w:t>odchodu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odpovědnost</w:t>
      </w:r>
      <w:proofErr w:type="spellEnd"/>
      <w:r>
        <w:t xml:space="preserve"> za </w:t>
      </w:r>
      <w:proofErr w:type="spellStart"/>
      <w:r>
        <w:t>jeho</w:t>
      </w:r>
      <w:proofErr w:type="spellEnd"/>
      <w:r>
        <w:t>/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bezpečnost</w:t>
      </w:r>
      <w:proofErr w:type="spellEnd"/>
      <w:r>
        <w:t xml:space="preserve"> a </w:t>
      </w:r>
      <w:proofErr w:type="spellStart"/>
      <w:r>
        <w:t>dohled</w:t>
      </w:r>
      <w:proofErr w:type="spellEnd"/>
      <w:r>
        <w:t>.</w:t>
      </w:r>
    </w:p>
    <w:p w14:paraId="2C0B9FBD" w14:textId="77777777" w:rsidR="00703AD8" w:rsidRDefault="00703AD8" w:rsidP="00703AD8">
      <w:pPr>
        <w:spacing w:after="80"/>
      </w:pPr>
      <w:proofErr w:type="spellStart"/>
      <w:r>
        <w:t>Potvrzuji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/a s </w:t>
      </w:r>
      <w:proofErr w:type="spellStart"/>
      <w:r>
        <w:t>podmínkami</w:t>
      </w:r>
      <w:proofErr w:type="spellEnd"/>
      <w:r>
        <w:t xml:space="preserve"> </w:t>
      </w:r>
      <w:proofErr w:type="spellStart"/>
      <w:r>
        <w:t>uvolňování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z </w:t>
      </w:r>
      <w:proofErr w:type="spellStart"/>
      <w:r>
        <w:t>vyučování</w:t>
      </w:r>
      <w:proofErr w:type="spellEnd"/>
      <w:r>
        <w:t xml:space="preserve"> </w:t>
      </w:r>
      <w:proofErr w:type="spellStart"/>
      <w:r>
        <w:t>stanovenými</w:t>
      </w:r>
      <w:proofErr w:type="spellEnd"/>
      <w:r>
        <w:t xml:space="preserve"> </w:t>
      </w:r>
      <w:proofErr w:type="spellStart"/>
      <w:r>
        <w:t>školním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>.</w:t>
      </w:r>
    </w:p>
    <w:p w14:paraId="54FBF318" w14:textId="77777777" w:rsidR="00703AD8" w:rsidRDefault="00703AD8" w:rsidP="00703AD8"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zákonného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zástupce</w:t>
      </w:r>
      <w:proofErr w:type="spellEnd"/>
      <w:r>
        <w:rPr>
          <w:b/>
        </w:rPr>
        <w:t xml:space="preserve">: </w:t>
      </w:r>
      <w:r>
        <w:t>________________________________________</w:t>
      </w:r>
    </w:p>
    <w:p w14:paraId="4F43547C" w14:textId="650CFEF3" w:rsidR="00703AD8" w:rsidRDefault="00703AD8"/>
    <w:p w14:paraId="3E9D8B51" w14:textId="77777777" w:rsidR="00703AD8" w:rsidRDefault="00703AD8"/>
    <w:p w14:paraId="4E229E83" w14:textId="4268CA2B" w:rsidR="00D02968" w:rsidRDefault="00D02968">
      <w:pPr>
        <w:jc w:val="center"/>
      </w:pPr>
    </w:p>
    <w:sectPr w:rsidR="00D02968" w:rsidSect="00703AD8">
      <w:pgSz w:w="11906" w:h="16838" w:code="9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3AD8"/>
    <w:rsid w:val="00AA1D8D"/>
    <w:rsid w:val="00B47730"/>
    <w:rsid w:val="00CB0664"/>
    <w:rsid w:val="00D029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B7991"/>
  <w14:defaultImageDpi w14:val="300"/>
  <w15:docId w15:val="{7E703268-C8E9-4193-92F4-9C37969C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Slavíková Sýkora</cp:lastModifiedBy>
  <cp:revision>2</cp:revision>
  <cp:lastPrinted>2026-09-04T11:13:00Z</cp:lastPrinted>
  <dcterms:created xsi:type="dcterms:W3CDTF">2026-09-04T11:15:00Z</dcterms:created>
  <dcterms:modified xsi:type="dcterms:W3CDTF">2026-09-04T11:15:00Z</dcterms:modified>
  <cp:category/>
</cp:coreProperties>
</file>